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לעולים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בצורות זכר ונקבה של שם המספר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במילות קישור ובמילות יחס לפי המשמעות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מערכת הפועל - זמנים, בניינים וגזרת ל״י - ולהפוך משפטים בין פעיל לסביל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דקדוקית ושכתוב משפטים לקראת מבחן מסכם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שם המספר – זיהוי זכר ונקבה (תרגול יסודי)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לפי צורת היחיד של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 בא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בצורה הקצרה (שני/שתי)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חמש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מאה היא תמיד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שם המספר – השלמות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שלושת אלפים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שם המספר – הסבר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את צורת היחיד - 'שנה' היא נקבה, ולכן המספר בא בלי ה': שלוש שנים.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עמוד שלוש בספר הזה מעניין במיוחד.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שלושת הילדים שיחקו יחד בגינה הציבורית.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שני/שתי באים לפני שם עצם; שניים/שתיים באים בלי שם עצם אחריהם, למשל כשעונים על השאלה 'כמה?'.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מילות קישור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מילות קישור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מציגות שני דברים שונים זה מזה.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"כדי ש" מבטאת תכלית – בשביל מה עושים משהו.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"כי" ו"מפני ש" – מסבירה למה קרה דבר 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מילות קישור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/ מפני ש / מאחר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 ש / אף על פי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מילות קישור – כתיבה ושכתוב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ובו מילת ניגוד מתאימה, למשל: דני אוהב כדורסל, ואילו אחיו אוהב כדורגל.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"כדי ש" או "כדי ל", למשל: הקימו ספרייה כדי שכולם יוכלו לקרוא.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יצאנו מהבית כי/מפני ש ירד גשם חזק.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על פי שמאיה עלתה לארץ לפני שנתיים בלבד, היא כבר דיברה עברית 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מילות יחס ונטייה – זיהוי ונטייה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מילות יחס ונטייה – התאמה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מילות יחס ונטייה – התאמה בין צירוף לנטייה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(ממני)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מילות יחס ונטייה – שאלת אמת/שקר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 + אני =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לדון מתחבר עם 'ב' – דנים בהצעה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מערכת הפועל – זמנים ובניינים (זיהוי)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־תי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מערכת הפועל – תרגול בניינים וגזרת ל״י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יכתבו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מערכת הפועל – התאמת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(הוזמן)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מערכת הפועל – זיהוי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הזמן נשאר אותו הזמן, רק הפועל והנושא משתנים.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התלבש (על עצמי) או התווכחו (הדדי).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למשל: בנה ← בנתה, קנה ← קנתה.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התאמה דקדוקית – זיהוי ההתאמה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מין, מספר ויידוע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עיר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בתים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הבית הגדול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התאמה דקדוקית – השלמת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התאמה דקדוקית – מלכודות וסמיכות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(זכר ברבים עם סיומת ות בשם העצם)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(נקבה ברבים עם סיומת ים בשם העצם)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(ההתאמה נקבעת לפי המילה הראשונה בסמיכות)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התאמה דקדוקית – הסבר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'מילה' היא שם עצם בנקבה, ולכן שם התואר מקבל סיומת נקבה (קשות), גם אם שם העצם ברבים מסתיים ב-ים.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בית הספר החדש נפתח השנה. ההתאמה היא למילה הראשונה בסמיכות – 'בית' זכר, ולכן 'חדש' בזכר.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שכתוב משפטים וקריאה בטקסט – הכרת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/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בגלל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נשאר אותו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שהזכר מסתיים בה (שלושה) והנקבה בלי ה (שלוש), ושנבחרה הצורה לפי מין שם העצם ביחיד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שמילת הוויתור (למרות ש) ומילת התכלית (כדי ש) מתאימות למשמעות המשפט ולא הוחלפו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החלפת גופים נכונה בדיבור עקיף, ובמעבר לסביל - שהזמן נשאר זהה והפועל עבר לבניין הסביל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שיעורים, פרק אחד לשיעור, ולסיים כל שיעור במיני-מבחן קצר על 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בטבלת הנטייה ובכרטיסי החוקים כתרגול חוזר לפני המעבר לתרגילי 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תרגול על הטקסט הספרייה הקטנה שבתחנה ולשלב בו שאלות מכמה פרקים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את החוברת במבחן מסכם הכולל שאלות מכל הנושאים, בדומה למבנה המבחן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לעולים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פותרים פרק אחד בכל פעם. קודם קוראים את הכלל והדוגמה, אחר כך פותרים את התרגילים. בסוף כל פרק בודקים את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שמביעה כמות, כמו שלושה או שלוש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סתמי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בלי שם עצם, תמיד בנקבה, כמו קו חמש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 ומראה את הקשר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על, אל, ב, ל, את, מ, עם שמתחברת לפני שם או לכינוי 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מילת יחס לכינויי גוף, כמו עליי, אליו, ממנה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משבע הצורות של הפועל בעברית, כמו קל, פיעל, הפעיל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פעיל וסביל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 - מי שעושה את הפעולה; סביל - מי שקיבל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גזרת ל״י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שהאות האחרונה שלו היא י׳ או ה׳, כמו קנה ובנה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דיווח על דברי מישהו בלי לצטט אותו ישירות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 דקדוקית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שם תואר לשם עצם במין, במספר וביידוע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שם המספר – זיהוי זכר ונקבה (תרגול יסודי)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הדרך לדעת אם המספר צריך ה' או 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האות הראשונה של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צורת היחיד של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הצליל של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תמיד בזכר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שמים את המילה 'אחד' או 'אחת'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בא לפני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בא אחרי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במין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כלל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'שני' כשיש אחריו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בצורה המלאה (שניים/שתיים)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בצורה הקצרה (שני/שתי)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בצורה הסתמית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שינוי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הצורה הנכונה של 15 ליד מילה בנקבה?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'מאה' זכר או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מאה היא תמיד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מאה היא תמיד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 משתנה לפי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מספר כזה בעברית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שם המספר – השלמות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עשרים ו__________ ילדים הגיעו למסיבה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שלושת ה__________ שיחקו יחד בחצר (ילד)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 __________ עוצר ליד הבית שלי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ב-1 בדצמבר אומרים: ב__________ בדצמבר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בקופה יש __________ שקלים (3,000)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שם המספר – הסבר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כותבים 'שלוש שנים' ולא 'שלושה שנים', אף שהמספר 3 בדרך כלל בא עם ה' בזכר?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מספר סתמי (למשל קו, עמוד או חדר).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עם מספר בסמיכות (למשל שלושת הילדים).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מתי משתמשים בצורה 'שני/שתי' ומתי בצורה 'שניים/שתיים'.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מילות קישור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"לכן" מראה: סיבה או 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"למרות ש" –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מילת הקישור "כמו כן" מבטאת קשר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מילת הקישור "כי" מבטאת קשר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מילות קישור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"אבל" ו"ואילו" מבטאות שתיהן קשר של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"כדי ש" מבטאת קשר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"מאחר ש" מבטאת קשר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מילות קישור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נשארנו בבית __________ ירד גשם חזק.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ירד גשם חזק, __________ נשארנו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באילת חם מאוד, __________ בירושלים קריר.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ירד גשם, יצאנו לטיול בשדה.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למדתי הרבה __________ אצליח במבחן הסופי.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מילות קישור – כתיבה ושכתוב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מילת קישור של ניגוד (למשל אבל, ואילו).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מילת קישור של תכלית (כדי ש / כדי ל).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חברו לשני משפטים אחד, בעזרת מילת קישור של סיבה: "ירד גשם חזק. לא יצאנו מהבית."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חברו לשני משפטים אחד, בעזרת מילת קישור של ויתור: "מאיה עלתה לארץ לפני שנתיים. היא כבר דיברה עברית טוב."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מילות יחס ונטייה – זיהוי ונטייה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 + הם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 + היא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אל + אתה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עם + אני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מילות יחס ונטייה – התאמה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+ אני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יחס מתאימה לפועל 'להתעניין'?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יחס מתאימה לפועל 'לוותר'?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מילת יחס מתאימה לפועל 'להתגעגע'?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מילות יחס ונטייה – התאמה בין צירוף לנטייה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 +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 +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 +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עם + אתן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 +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מילות יחס ונטייה – שאלת אמת/שקר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'לי' היא נטיית מילת היחס 'ל' בגוף אני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'לדון' מתחבר תמיד עם מילת היחס 'על'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מערכת הפועל – זמנים ובניינים (זיהוי)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זמן נמצא 'כותב'?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קל ← ? (סביל)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'שם הפועל' של קנה?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עבר, גוף אני – איזו סיומת?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מערכת הפועל – תרגול בניינים וגזרת ל״י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(לקנות, עתיד) ספר חדש מחר.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__________ (לבנות, עבר) בית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__________ (לשתות, הווה) מים קרים.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התלמידים __________ (לכתוב, עתיד) מבחן בשבוע הבא.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מערכת הפועל – התאמת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מערכת הפועל – זיהוי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בהפיכת משפט לסביל, הזמן של הפועל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התפעל מבטא לרוב פעולה על עצמי או פעולה הדדית.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ל״י, בגוף היא בעבר האות ה׳ הופכת לת׳.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התאמה דקדוקית – זיהוי ההתאמה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צריך שם התואר להתאים לשם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מין, מספר ויידוע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הצירוף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'בית גדול'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הצירוף המיודע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הגדולה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התאמה דקדוקית – השלמת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בשכונה שלנו יש שולחנות __________ (חדש) ליד הספרייה.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השכנים אמרו מילים __________ (קשה) על הרעיון בהתחלה.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מאיה גדלה בעיר __________ (גדול) לפני שעלתה ארצה.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בלילות __________ (ארוך) ילדים קוראים ליד המדף.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התאמה דקדוקית – מלכודות וסמיכות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שולחנות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ההתאמה נקבעת לפי המילה הראשונה בסמיכות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מילים קשות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זכר ברבים עם סיומת ות בשם העצם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תוכנית הלימודים החדשה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נקבה ברבים עם סיומת ים בשם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התאמה דקדוקית – הסבר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אומרים 'מילים קשות' ולא 'מילים קשים', למרות שהסיומת היא 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הצירוף 'בית הספר החדש' והסבירו למה שם התואר בזכר.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שכתוב משפטים וקריאה בטקסט – הכרת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הופך ״אני״ בעקיף?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/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צירוף שמשמעותו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בשכתוב פעיל לסביל, מה קורה לזמן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הופך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אותו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הופך לעבר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שלוש דוגמאות למספר בזכר ושלוש דוגמאות לאותו מספר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קישור של ויתור ומשפט אחד עם מילת קישור של תכלית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הפכו משפט אחד מדיבור ישיר לדיבור עקיף ומשפט אחד מפעיל לסביל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לשון לעולים רמה ג׳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