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לעולים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בצורות זכר ונקבה של שם המספר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במילות קישור ובמילות יחס לפי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מערכת הפועל - זמנים, בניינים וגזרת ל״י - ולהפוך משפטים בין פעיל לסביל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דקדוקית ושכתוב משפטים לקראת מבחן מסכם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שם המספר – זיהוי זכר ונקבה (תרגול יסודי)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לפי צורת היחיד של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 בא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בצורה הקצרה (שני/שתי)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שם המספר – השלמות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שם המספר – הסבר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מילות קישור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מילות קישור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מציגות שני דברים שונים זה מזה.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"כדי ש" מבטאת תכלית – בשביל מה עושים משהו.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מילות קישור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/ מפני ש / מאחר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מילות קישור – כתיבה ושכתוב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ובו מילת ניגוד מתאימה, למשל: דני אוהב כדורסל, ואילו אחיו אוהב כדורגל.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מילות יחס ונטייה – זיהוי ונטייה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מילות יחס ונטייה – התאמה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מילות יחס ונטייה – התאמה בין צירוף לנטייה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מילות יחס ונטייה – שאלת אמת/שקר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 + אני =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מערכת הפועל – זמנים ובניינים (זיהוי)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מערכת הפועל – תרגול בניינים וגזרת ל״י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מערכת הפועל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מערכת הפועל – זיהוי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הזמן נשאר אותו הזמן, רק הפועל והנושא משתנים.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התלבש (על עצמי) או התווכחו (הדדי).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התאמה דקדוקית – זיהוי ההתאמה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מין, מספר ויידוע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עיר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בתים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התאמה דקדוקית – השלמת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התאמה דקדוקית – מלכודות וסמיכות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(זכר ברבים עם סיומת ות בשם העצם)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(נקבה ברבים עם סיומת ים בשם העצם)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התאמה דקדוקית – הסבר בכתיבה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שכתוב משפטים וקריאה בטקסט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בגלל 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שהזכר מסתיים בה (שלושה) והנקבה בלי ה (שלוש), ושנבחרה הצורה לפי מין שם העצם ביחיד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שמילת הוויתור (למרות ש) ומילת התכלית (כדי ש) מתאימות למשמעות המשפט ולא הוחלפו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החלפת גופים נכונה בדיבור עקיף, ובמעבר לסביל - שהזמן נשאר זהה והפועל עבר לבניין הסביל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שיעורים, פרק אחד לשיעור, ולסיים כל שיעור במיני-מבחן קצר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בטבלת הנטייה ובכרטיסי החוקים כתרגול חוזר לפני המעבר לתרגילי 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תרגול על הטקסט הספרייה הקטנה שבתחנה ולשלב בו שאלות מכמה פרקים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את החוברת במבחן מסכם הכולל שאלות מכל הנושאים, בדומה למבנה המבחן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לעולים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בחוברת לפי סדר הפרקים, פרק אחד בכל שיעור. קראו כל כלל וכל דוגמה לפני שאתם פותרים את התרגילים, ואחרי כל פרק בדקו את עצמכם במבחן הקצר שבסוף.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גדולה  ·  עליהם  ·  ילדים  ·  אליך  ·  בנתה  ·  חדשים  ·  ממנה  ·  אקנה  ·  שותים  ·  שניים  ·  כי / מפני ש / מאחר ש  ·  לכן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שם המספר – זיהוי זכר ונקבה (תרגול יסודי)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בודקים אם מספר בא בזכר או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לפי האות הראשונה של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לפי צורת היחיד של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לפי הצליל של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בא המספר 1 ביחס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בא לפני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 בא אחרי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תלוי במין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כשיש 2 + שם עצם, באיזו צורה בא המספר?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בצורה המלאה (שניים/שתיים)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בצורה הקצרה (שני/שתי)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בצורה הסתמית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שם המספר – השלמות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עשרים ו__________ ילדים הגיעו למסיבה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שלושת ה__________ שיחקו יחד בחצר (ילד)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שם המספר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מילות קישור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מילת הקישור "לכן"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מילת הקישור "למרות ש"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מילת הקישור "כמו כן"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תכלית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מילות קישור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"אבל" ו"ואילו" מבטאות שתיהן קשר של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"כדי ש" מבטאת קשר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מילות קישור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נשארנו בבית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ירד גשם חזק, __________ נשארנו בבית.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מילות קישור – כתיבה ושכתוב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משלכם עם מילת קישור של ניגוד (למשל אבל, ואילו).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מילות יחס ונטייה – זיהוי ונטייה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על + הם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 + היא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אל + אתה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מילות יחס ונטייה – התאמה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צורה מתאימה לגוף אני במילת היחס 'עם'?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אצלי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יחס מתאימה לפועל 'להתעניין'?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מילות יחס ונטייה – התאמה בין צירוף לנטייה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על +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 +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את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עם + אתן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מילות יחס ונטייה – שאלת 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'לי' היא נטיית מילת היחס 'ל' בגוף אני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מערכת הפועל – זמנים ובניינים (זיהוי)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הזמן של הפועל 'כותב'?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הבניין הסביל המקביל לבניין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שם הפועל של 'קנה'?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מערכת הפועל – תרגול בניינים וגזרת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(לקנות, עתיד) ספר חדש מחר.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__________ (לבנות, עבר) בית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הם __________ (לשתות, הווה) מים קרים.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מערכת הפועל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מערכת הפועל – זיהוי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בהפיכת משפט לסביל, הזמן של הפועל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הבניין התפעל מבטא לרוב פעולה על עצמי או פעולה הדדית.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התאמה דקדוקית – זיהוי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שם התואר צריך להתאים לשם העצם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מין, מספר ויידוע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הרבים הנכון של 'בית 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גדולים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התאמה דקדוקית – השלמת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בשכונה שלנו יש שולחנות __________ (חדש) ליד הספרייה.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מאיה גדלה בעיר __________ (גדול) לפני שעלתה ארצה.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התאמה דקדוקית – מלכודות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שולחנות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נקבה ברבים עם סיומת ים בשם העצם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מילים 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זכר ברבים עם סיומת ות בשם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התאמה דקדוקית – הסבר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שכתוב משפטים וקריאה בטקסט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בדיבור עקיף, ״אני״ בדיבור ישיר הופך בדרך כלל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/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צירוף אפשר להפוך למשפט ״כי ירד גשם״?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בגלל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הגשם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שלוש דוגמאות למספר בזכר ושלוש דוגמאות לאותו מספר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מילת קישור של ויתור ומשפט אחד עם מילת קישור של תכלית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לעולים רמה ג׳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